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8B5D" w14:textId="2ACFCF75" w:rsidR="00607B18" w:rsidRDefault="00607B18">
      <w:pPr>
        <w:jc w:val="center"/>
        <w:rPr>
          <w:b/>
          <w:color w:val="315A8A"/>
          <w:sz w:val="48"/>
        </w:rPr>
      </w:pPr>
      <w:r>
        <w:rPr>
          <w:noProof/>
        </w:rPr>
        <w:drawing>
          <wp:inline distT="0" distB="0" distL="0" distR="0" wp14:anchorId="01568D8E" wp14:editId="70813016">
            <wp:extent cx="822960" cy="1103630"/>
            <wp:effectExtent l="0" t="0" r="0" b="1270"/>
            <wp:docPr id="94466311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663119" name="Image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A0852" w14:textId="655C33A4" w:rsidR="00506DCA" w:rsidRDefault="00D2659A">
      <w:pPr>
        <w:jc w:val="center"/>
      </w:pPr>
      <w:r>
        <w:rPr>
          <w:b/>
          <w:color w:val="315A8A"/>
          <w:sz w:val="48"/>
        </w:rPr>
        <w:t>ACTE D’ENGAGEMENT</w:t>
      </w:r>
    </w:p>
    <w:p w14:paraId="608E0D6D" w14:textId="77777777" w:rsidR="00506DCA" w:rsidRDefault="00D2659A">
      <w:pPr>
        <w:jc w:val="center"/>
      </w:pPr>
      <w:r>
        <w:rPr>
          <w:b/>
          <w:sz w:val="28"/>
        </w:rPr>
        <w:t>Accompagnement et coordination d’une démarche partenariale</w:t>
      </w:r>
      <w:r>
        <w:rPr>
          <w:b/>
          <w:sz w:val="28"/>
        </w:rPr>
        <w:br/>
        <w:t>de VAE collective des professionnels de la petite enfance</w:t>
      </w:r>
    </w:p>
    <w:p w14:paraId="44A5EE0E" w14:textId="77777777" w:rsidR="00506DCA" w:rsidRDefault="00D2659A">
      <w:pPr>
        <w:jc w:val="center"/>
      </w:pPr>
      <w:r>
        <w:rPr>
          <w:color w:val="4776A8"/>
          <w:sz w:val="24"/>
        </w:rPr>
        <w:t>Certification cible : Diplôme d’État d’Auxiliaire de Puériculture (DEAP)</w:t>
      </w:r>
    </w:p>
    <w:p w14:paraId="2CAA78A9" w14:textId="77777777" w:rsidR="00506DCA" w:rsidRDefault="00D2659A">
      <w:r>
        <w:t>Le présent modèle est établi pour être joint au dossier de candidature à l’Appel à Manifestation d’Intérêt 2026. Les champs entre crochets sont à compléter par l’organisme candidat.</w:t>
      </w:r>
    </w:p>
    <w:p w14:paraId="22E3C29D" w14:textId="77777777" w:rsidR="00506DCA" w:rsidRDefault="00D2659A">
      <w:pPr>
        <w:pStyle w:val="Titre1"/>
      </w:pPr>
      <w:r>
        <w:t>1. Identification des parties</w:t>
      </w:r>
    </w:p>
    <w:p w14:paraId="16ADC4FF" w14:textId="77777777" w:rsidR="00506DCA" w:rsidRDefault="00D2659A">
      <w:r>
        <w:t>Pouvoir adjudicateur / pilote de la démarche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506DCA" w14:paraId="3E2606C5" w14:textId="77777777">
        <w:trPr>
          <w:jc w:val="center"/>
        </w:trPr>
        <w:tc>
          <w:tcPr>
            <w:tcW w:w="4986" w:type="dxa"/>
            <w:shd w:val="clear" w:color="auto" w:fill="315A8A"/>
            <w:vAlign w:val="center"/>
          </w:tcPr>
          <w:p w14:paraId="236B3AD0" w14:textId="77777777" w:rsidR="00506DCA" w:rsidRDefault="00D2659A">
            <w:r>
              <w:rPr>
                <w:b/>
                <w:color w:val="FFFFFF"/>
                <w:sz w:val="19"/>
              </w:rPr>
              <w:t>Organisme</w:t>
            </w:r>
          </w:p>
        </w:tc>
        <w:tc>
          <w:tcPr>
            <w:tcW w:w="4986" w:type="dxa"/>
            <w:vAlign w:val="center"/>
          </w:tcPr>
          <w:p w14:paraId="63BBFEAC" w14:textId="77777777" w:rsidR="00506DCA" w:rsidRDefault="00D2659A">
            <w:r>
              <w:rPr>
                <w:sz w:val="19"/>
              </w:rPr>
              <w:t>Caisse d’Allocations Familiales de La Réunion</w:t>
            </w:r>
          </w:p>
        </w:tc>
      </w:tr>
      <w:tr w:rsidR="00506DCA" w14:paraId="77583B04" w14:textId="77777777">
        <w:trPr>
          <w:jc w:val="center"/>
        </w:trPr>
        <w:tc>
          <w:tcPr>
            <w:tcW w:w="4986" w:type="dxa"/>
            <w:shd w:val="clear" w:color="auto" w:fill="315A8A"/>
            <w:vAlign w:val="center"/>
          </w:tcPr>
          <w:p w14:paraId="53DE77D3" w14:textId="77777777" w:rsidR="00506DCA" w:rsidRDefault="00D2659A">
            <w:r>
              <w:rPr>
                <w:b/>
                <w:color w:val="FFFFFF"/>
                <w:sz w:val="19"/>
              </w:rPr>
              <w:t>Objet</w:t>
            </w:r>
          </w:p>
        </w:tc>
        <w:tc>
          <w:tcPr>
            <w:tcW w:w="4986" w:type="dxa"/>
            <w:vAlign w:val="center"/>
          </w:tcPr>
          <w:p w14:paraId="18A7C5B4" w14:textId="77777777" w:rsidR="00506DCA" w:rsidRDefault="00D2659A">
            <w:r>
              <w:rPr>
                <w:sz w:val="19"/>
              </w:rPr>
              <w:t>Démarche partenariale de VAE collective des professionnels de la petite enfance</w:t>
            </w:r>
          </w:p>
        </w:tc>
      </w:tr>
      <w:tr w:rsidR="00506DCA" w14:paraId="03E1F93C" w14:textId="77777777">
        <w:trPr>
          <w:jc w:val="center"/>
        </w:trPr>
        <w:tc>
          <w:tcPr>
            <w:tcW w:w="4986" w:type="dxa"/>
            <w:shd w:val="clear" w:color="auto" w:fill="315A8A"/>
            <w:vAlign w:val="center"/>
          </w:tcPr>
          <w:p w14:paraId="0EDD043D" w14:textId="77777777" w:rsidR="00506DCA" w:rsidRDefault="00D2659A">
            <w:r>
              <w:rPr>
                <w:b/>
                <w:color w:val="FFFFFF"/>
                <w:sz w:val="19"/>
              </w:rPr>
              <w:t>Certification cible</w:t>
            </w:r>
          </w:p>
        </w:tc>
        <w:tc>
          <w:tcPr>
            <w:tcW w:w="4986" w:type="dxa"/>
            <w:vAlign w:val="center"/>
          </w:tcPr>
          <w:p w14:paraId="4FF84E55" w14:textId="77777777" w:rsidR="00506DCA" w:rsidRDefault="00D2659A">
            <w:r>
              <w:rPr>
                <w:sz w:val="19"/>
              </w:rPr>
              <w:t>Diplôme d’État d’Auxiliaire de Puériculture</w:t>
            </w:r>
          </w:p>
        </w:tc>
      </w:tr>
    </w:tbl>
    <w:p w14:paraId="0F232AEC" w14:textId="77777777" w:rsidR="00506DCA" w:rsidRDefault="00506DCA"/>
    <w:p w14:paraId="53325515" w14:textId="77777777" w:rsidR="00506DCA" w:rsidRDefault="00D2659A">
      <w:r>
        <w:t>Organisme candidat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506DCA" w14:paraId="3720E0BA" w14:textId="77777777">
        <w:tc>
          <w:tcPr>
            <w:tcW w:w="4986" w:type="dxa"/>
            <w:shd w:val="clear" w:color="auto" w:fill="315A8A"/>
            <w:vAlign w:val="center"/>
          </w:tcPr>
          <w:p w14:paraId="4CF6ED0E" w14:textId="77777777" w:rsidR="00506DCA" w:rsidRDefault="00D2659A">
            <w:r>
              <w:rPr>
                <w:b/>
                <w:color w:val="FFFFFF"/>
                <w:sz w:val="19"/>
              </w:rPr>
              <w:t>Raison sociale</w:t>
            </w:r>
          </w:p>
        </w:tc>
        <w:tc>
          <w:tcPr>
            <w:tcW w:w="4986" w:type="dxa"/>
            <w:vAlign w:val="center"/>
          </w:tcPr>
          <w:p w14:paraId="37F1178A" w14:textId="77777777" w:rsidR="00506DCA" w:rsidRDefault="00D2659A">
            <w:r>
              <w:rPr>
                <w:sz w:val="19"/>
              </w:rPr>
              <w:t>[À compléter]</w:t>
            </w:r>
          </w:p>
        </w:tc>
      </w:tr>
      <w:tr w:rsidR="00506DCA" w14:paraId="776DCC61" w14:textId="77777777">
        <w:tc>
          <w:tcPr>
            <w:tcW w:w="4986" w:type="dxa"/>
            <w:shd w:val="clear" w:color="auto" w:fill="315A8A"/>
            <w:vAlign w:val="center"/>
          </w:tcPr>
          <w:p w14:paraId="035A0003" w14:textId="77777777" w:rsidR="00506DCA" w:rsidRDefault="00D2659A">
            <w:r>
              <w:rPr>
                <w:b/>
                <w:color w:val="FFFFFF"/>
                <w:sz w:val="19"/>
              </w:rPr>
              <w:t>Forme juridique</w:t>
            </w:r>
          </w:p>
        </w:tc>
        <w:tc>
          <w:tcPr>
            <w:tcW w:w="4986" w:type="dxa"/>
            <w:vAlign w:val="center"/>
          </w:tcPr>
          <w:p w14:paraId="2EBF2EA9" w14:textId="77777777" w:rsidR="00506DCA" w:rsidRDefault="00D2659A">
            <w:r>
              <w:rPr>
                <w:sz w:val="19"/>
              </w:rPr>
              <w:t>[À compléter]</w:t>
            </w:r>
          </w:p>
        </w:tc>
      </w:tr>
      <w:tr w:rsidR="00506DCA" w14:paraId="3164DDCD" w14:textId="77777777">
        <w:tc>
          <w:tcPr>
            <w:tcW w:w="4986" w:type="dxa"/>
            <w:shd w:val="clear" w:color="auto" w:fill="315A8A"/>
            <w:vAlign w:val="center"/>
          </w:tcPr>
          <w:p w14:paraId="4A468DEA" w14:textId="77777777" w:rsidR="00506DCA" w:rsidRDefault="00D2659A">
            <w:r>
              <w:rPr>
                <w:b/>
                <w:color w:val="FFFFFF"/>
                <w:sz w:val="19"/>
              </w:rPr>
              <w:t>SIRET</w:t>
            </w:r>
          </w:p>
        </w:tc>
        <w:tc>
          <w:tcPr>
            <w:tcW w:w="4986" w:type="dxa"/>
            <w:vAlign w:val="center"/>
          </w:tcPr>
          <w:p w14:paraId="0FBF1A69" w14:textId="77777777" w:rsidR="00506DCA" w:rsidRDefault="00D2659A">
            <w:r>
              <w:rPr>
                <w:sz w:val="19"/>
              </w:rPr>
              <w:t>[À compléter]</w:t>
            </w:r>
          </w:p>
        </w:tc>
      </w:tr>
      <w:tr w:rsidR="00506DCA" w14:paraId="5F42E15D" w14:textId="77777777">
        <w:tc>
          <w:tcPr>
            <w:tcW w:w="4986" w:type="dxa"/>
            <w:shd w:val="clear" w:color="auto" w:fill="315A8A"/>
            <w:vAlign w:val="center"/>
          </w:tcPr>
          <w:p w14:paraId="059DC908" w14:textId="77777777" w:rsidR="00506DCA" w:rsidRDefault="00D2659A">
            <w:r>
              <w:rPr>
                <w:b/>
                <w:color w:val="FFFFFF"/>
                <w:sz w:val="19"/>
              </w:rPr>
              <w:t>N° de déclaration d’activité</w:t>
            </w:r>
          </w:p>
        </w:tc>
        <w:tc>
          <w:tcPr>
            <w:tcW w:w="4986" w:type="dxa"/>
            <w:vAlign w:val="center"/>
          </w:tcPr>
          <w:p w14:paraId="1135FD4B" w14:textId="77777777" w:rsidR="00506DCA" w:rsidRDefault="00D2659A">
            <w:r>
              <w:rPr>
                <w:sz w:val="19"/>
              </w:rPr>
              <w:t>[À compléter]</w:t>
            </w:r>
          </w:p>
        </w:tc>
      </w:tr>
      <w:tr w:rsidR="00506DCA" w14:paraId="5C76F8E5" w14:textId="77777777">
        <w:tc>
          <w:tcPr>
            <w:tcW w:w="4986" w:type="dxa"/>
            <w:shd w:val="clear" w:color="auto" w:fill="315A8A"/>
            <w:vAlign w:val="center"/>
          </w:tcPr>
          <w:p w14:paraId="23CC92B1" w14:textId="77777777" w:rsidR="00506DCA" w:rsidRDefault="00D2659A">
            <w:r>
              <w:rPr>
                <w:b/>
                <w:color w:val="FFFFFF"/>
                <w:sz w:val="19"/>
              </w:rPr>
              <w:t>Adresse</w:t>
            </w:r>
          </w:p>
        </w:tc>
        <w:tc>
          <w:tcPr>
            <w:tcW w:w="4986" w:type="dxa"/>
            <w:vAlign w:val="center"/>
          </w:tcPr>
          <w:p w14:paraId="7A2444F9" w14:textId="77777777" w:rsidR="00506DCA" w:rsidRDefault="00D2659A">
            <w:r>
              <w:rPr>
                <w:sz w:val="19"/>
              </w:rPr>
              <w:t>[À compléter]</w:t>
            </w:r>
          </w:p>
        </w:tc>
      </w:tr>
      <w:tr w:rsidR="00506DCA" w14:paraId="3A2EFED9" w14:textId="77777777">
        <w:tc>
          <w:tcPr>
            <w:tcW w:w="4986" w:type="dxa"/>
            <w:shd w:val="clear" w:color="auto" w:fill="315A8A"/>
            <w:vAlign w:val="center"/>
          </w:tcPr>
          <w:p w14:paraId="5B374D85" w14:textId="77777777" w:rsidR="00506DCA" w:rsidRDefault="00D2659A">
            <w:r>
              <w:rPr>
                <w:b/>
                <w:color w:val="FFFFFF"/>
                <w:sz w:val="19"/>
              </w:rPr>
              <w:t>Représentant légal</w:t>
            </w:r>
          </w:p>
        </w:tc>
        <w:tc>
          <w:tcPr>
            <w:tcW w:w="4986" w:type="dxa"/>
            <w:vAlign w:val="center"/>
          </w:tcPr>
          <w:p w14:paraId="73A5C978" w14:textId="77777777" w:rsidR="00506DCA" w:rsidRDefault="00D2659A">
            <w:r>
              <w:rPr>
                <w:sz w:val="19"/>
              </w:rPr>
              <w:t>[Nom, prénom, qualité]</w:t>
            </w:r>
          </w:p>
        </w:tc>
      </w:tr>
      <w:tr w:rsidR="00506DCA" w14:paraId="0261E435" w14:textId="77777777">
        <w:tc>
          <w:tcPr>
            <w:tcW w:w="4986" w:type="dxa"/>
            <w:shd w:val="clear" w:color="auto" w:fill="315A8A"/>
            <w:vAlign w:val="center"/>
          </w:tcPr>
          <w:p w14:paraId="37F3A738" w14:textId="77777777" w:rsidR="00506DCA" w:rsidRDefault="00D2659A">
            <w:r>
              <w:rPr>
                <w:b/>
                <w:color w:val="FFFFFF"/>
                <w:sz w:val="19"/>
              </w:rPr>
              <w:t>Téléphone / courriel</w:t>
            </w:r>
          </w:p>
        </w:tc>
        <w:tc>
          <w:tcPr>
            <w:tcW w:w="4986" w:type="dxa"/>
            <w:vAlign w:val="center"/>
          </w:tcPr>
          <w:p w14:paraId="1962E7C3" w14:textId="77777777" w:rsidR="00506DCA" w:rsidRDefault="00D2659A">
            <w:r>
              <w:rPr>
                <w:sz w:val="19"/>
              </w:rPr>
              <w:t>[À compléter]</w:t>
            </w:r>
          </w:p>
        </w:tc>
      </w:tr>
    </w:tbl>
    <w:p w14:paraId="007C79DC" w14:textId="77777777" w:rsidR="00506DCA" w:rsidRDefault="00D2659A">
      <w:pPr>
        <w:pStyle w:val="Titre1"/>
      </w:pPr>
      <w:r>
        <w:t>2. Objet de l’engagement</w:t>
      </w:r>
    </w:p>
    <w:p w14:paraId="425B8DAB" w14:textId="77777777" w:rsidR="00506DCA" w:rsidRDefault="00D2659A">
      <w:r>
        <w:t>Par le présent acte, l’organisme candidat s’engage, s’il est retenu, à assurer l’accompagnement et la coordination du dispositif de VAE collective visant le Diplôme d’État d’Auxiliaire de Puériculture, conformément au cahier des charges de l’AMI 2026 et à la proposition technique et financière remise dans son dossier de candidature.</w:t>
      </w:r>
    </w:p>
    <w:p w14:paraId="4D56B20E" w14:textId="77777777" w:rsidR="00506DCA" w:rsidRDefault="00D2659A">
      <w:r>
        <w:t>Le dispositif concerne au maximum 20 professionnels de la petite enfance titulaires du CAP AEPE, présélectionnés par leur employeur et exerçant au sein d’établissements d’accueil du jeune enfant à gestion privée ou associative.</w:t>
      </w:r>
    </w:p>
    <w:p w14:paraId="11F9A120" w14:textId="77777777" w:rsidR="00506DCA" w:rsidRDefault="00D2659A">
      <w:pPr>
        <w:pStyle w:val="Titre1"/>
      </w:pPr>
      <w:r>
        <w:lastRenderedPageBreak/>
        <w:t>3. Étendue des prestations</w:t>
      </w:r>
    </w:p>
    <w:p w14:paraId="30A6FA87" w14:textId="77777777" w:rsidR="00506DCA" w:rsidRDefault="00D2659A">
      <w:r>
        <w:t>L’organisme candidat s’engage notamment à assurer :</w:t>
      </w:r>
    </w:p>
    <w:p w14:paraId="10E5E5D6" w14:textId="77777777" w:rsidR="00506DCA" w:rsidRDefault="00D2659A">
      <w:pPr>
        <w:pStyle w:val="Listepuces"/>
      </w:pPr>
      <w:r>
        <w:t>le diagnostic individuel : analyse du parcours, vérification des conditions de recevabilité et évaluation des besoins d’accompagnement ;</w:t>
      </w:r>
    </w:p>
    <w:p w14:paraId="5EAEFF95" w14:textId="77777777" w:rsidR="00506DCA" w:rsidRDefault="00D2659A">
      <w:pPr>
        <w:pStyle w:val="Listepuces"/>
      </w:pPr>
      <w:r>
        <w:t>l’accompagnement méthodologique à la rédaction du livret 2, incluant l’identification des activités significatives, l’analyse de l’expérience, la formalisation des compétences et les relectures intermédiaires ;</w:t>
      </w:r>
    </w:p>
    <w:p w14:paraId="7A8FE3D9" w14:textId="77777777" w:rsidR="00506DCA" w:rsidRDefault="00D2659A">
      <w:pPr>
        <w:pStyle w:val="Listepuces"/>
      </w:pPr>
      <w:r>
        <w:t>la mise en œuvre, de janvier à juin 2027, des modules de formation complémentaires prévus au cahier des charges, notamment le module 2 sur l’état clinique d’une personne et le module 6 sur l’hygiène des locaux ;</w:t>
      </w:r>
    </w:p>
    <w:p w14:paraId="7D24EB2C" w14:textId="77777777" w:rsidR="00506DCA" w:rsidRDefault="00D2659A">
      <w:pPr>
        <w:pStyle w:val="Listepuces"/>
      </w:pPr>
      <w:r>
        <w:t>l’accompagnement du stage en secteur hospitalier : choix du lieu, préparation, objectifs, visite, bilan intermédiaire avec le tuteur ou la tutrice, préconisations, bilan et aide à la rédaction du rapport ;</w:t>
      </w:r>
    </w:p>
    <w:p w14:paraId="0C5EF431" w14:textId="77777777" w:rsidR="00506DCA" w:rsidRDefault="00D2659A">
      <w:pPr>
        <w:pStyle w:val="Listepuces"/>
      </w:pPr>
      <w:r>
        <w:t>la préparation renforcée au jury, notamment l’entraînement à la présentation orale et à la gestion des questions ;</w:t>
      </w:r>
    </w:p>
    <w:p w14:paraId="31CAC35C" w14:textId="77777777" w:rsidR="00506DCA" w:rsidRDefault="00D2659A">
      <w:pPr>
        <w:pStyle w:val="Listepuces"/>
      </w:pPr>
      <w:r>
        <w:t>un entretien post-jury d’une durée maximale de deux heures et, en cas de validation partielle, l’accompagnement à la prise en compte des préconisations du jury ;</w:t>
      </w:r>
    </w:p>
    <w:p w14:paraId="4AB565CE" w14:textId="77777777" w:rsidR="00506DCA" w:rsidRDefault="00D2659A">
      <w:pPr>
        <w:pStyle w:val="Listepuces"/>
      </w:pPr>
      <w:r>
        <w:t>la coordination générale du dispositif : suivi de l’assiduité, calendriers de regroupement, coordination des intervenants, lien avec les partenaires, bilans, Cotech, Copil et reporting.</w:t>
      </w:r>
    </w:p>
    <w:p w14:paraId="2C0F7152" w14:textId="77777777" w:rsidR="00506DCA" w:rsidRDefault="00D2659A">
      <w:pPr>
        <w:pStyle w:val="Titre1"/>
      </w:pPr>
      <w:r>
        <w:t>4. Durée et calendrier d’exécution</w:t>
      </w:r>
    </w:p>
    <w:p w14:paraId="677B1654" w14:textId="77777777" w:rsidR="00506DCA" w:rsidRDefault="00D2659A">
      <w:r>
        <w:t>Le dispositif est prévu sur une période de 12 mois, de novembre 2026 à novembre 2027. L’organisme candidat s’engage à respecter le calendrier opérationnel défini avec les partenaires et les principaux jalons prévus : dépôt des livrets 2 en juin 2027, jury de certification en octobre 2027 et bilan final en novembre 2027.</w:t>
      </w:r>
    </w:p>
    <w:p w14:paraId="78146F8D" w14:textId="77777777" w:rsidR="00506DCA" w:rsidRDefault="00D2659A">
      <w:pPr>
        <w:pStyle w:val="Titre1"/>
      </w:pPr>
      <w:r>
        <w:t>5. Engagements réglementaires et professionnels</w:t>
      </w:r>
    </w:p>
    <w:p w14:paraId="430868A9" w14:textId="77777777" w:rsidR="00506DCA" w:rsidRDefault="00D2659A">
      <w:r>
        <w:t>L’organisme candidat déclare et s’engage à :</w:t>
      </w:r>
    </w:p>
    <w:p w14:paraId="34A3FFB9" w14:textId="77777777" w:rsidR="00506DCA" w:rsidRDefault="00D2659A">
      <w:pPr>
        <w:pStyle w:val="Listepuces"/>
      </w:pPr>
      <w:r>
        <w:t>être dûment déclaré comme organisme de formation et disposer d’un numéro de déclaration d’activité en cours de validité ;</w:t>
      </w:r>
    </w:p>
    <w:p w14:paraId="12963E5E" w14:textId="77777777" w:rsidR="00506DCA" w:rsidRDefault="00D2659A">
      <w:pPr>
        <w:pStyle w:val="Listepuces"/>
      </w:pPr>
      <w:r>
        <w:t>répondre aux exigences Qualiopi prévues dans le cahier des charges ;</w:t>
      </w:r>
    </w:p>
    <w:p w14:paraId="28E34DAE" w14:textId="70C5E939" w:rsidR="00506DCA" w:rsidRDefault="00D2659A">
      <w:pPr>
        <w:pStyle w:val="Listepuces"/>
      </w:pPr>
      <w:r>
        <w:t xml:space="preserve">mobiliser un accompagnateur VAE répondant aux conditions de référencement prévues par l’AMI auprès de </w:t>
      </w:r>
      <w:r w:rsidR="000B1D17">
        <w:t>France VAE</w:t>
      </w:r>
      <w:r>
        <w:t xml:space="preserve"> ;</w:t>
      </w:r>
    </w:p>
    <w:p w14:paraId="3327C229" w14:textId="77777777" w:rsidR="00506DCA" w:rsidRDefault="00D2659A">
      <w:pPr>
        <w:pStyle w:val="Listepuces"/>
      </w:pPr>
      <w:r>
        <w:t>mobiliser des intervenants disposant des qualifications et expériences nécessaires à la réalisation de la prestation ;</w:t>
      </w:r>
    </w:p>
    <w:p w14:paraId="17507058" w14:textId="77777777" w:rsidR="00506DCA" w:rsidRDefault="00D2659A">
      <w:pPr>
        <w:pStyle w:val="Listepuces"/>
      </w:pPr>
      <w:r>
        <w:t>intervenir sur l’ensemble du territoire réunionnais selon les besoins du dispositif ;</w:t>
      </w:r>
    </w:p>
    <w:p w14:paraId="03F2A475" w14:textId="77777777" w:rsidR="00506DCA" w:rsidRDefault="00D2659A">
      <w:pPr>
        <w:pStyle w:val="Listepuces"/>
      </w:pPr>
      <w:r>
        <w:t>respecter les principes, modalités de validation et exigences propres à la VAE et au diplôme visé ;</w:t>
      </w:r>
    </w:p>
    <w:p w14:paraId="0E9BD0BB" w14:textId="77777777" w:rsidR="00506DCA" w:rsidRDefault="00D2659A">
      <w:pPr>
        <w:pStyle w:val="Listepuces"/>
      </w:pPr>
      <w:r>
        <w:t>signaler toute situation de conflit d’intérêts et garantir l’impartialité de l’accompagnement.</w:t>
      </w:r>
    </w:p>
    <w:p w14:paraId="0AA36091" w14:textId="77777777" w:rsidR="00506DCA" w:rsidRDefault="00D2659A">
      <w:pPr>
        <w:pStyle w:val="Titre1"/>
      </w:pPr>
      <w:r>
        <w:t>6. Protection des données et confidentialité</w:t>
      </w:r>
    </w:p>
    <w:p w14:paraId="38BC4ADB" w14:textId="77777777" w:rsidR="00506DCA" w:rsidRDefault="00D2659A">
      <w:r>
        <w:t>L’organisme candidat s’engage à respecter la réglementation applicable à la protection des données personnelles, notamment le RGPD, à garantir la confidentialité et la sécurisation des informations recueillies et à ne transmettre aucune information nominative sans autorisation préalable.</w:t>
      </w:r>
    </w:p>
    <w:p w14:paraId="2A908588" w14:textId="77777777" w:rsidR="00506DCA" w:rsidRDefault="00D2659A">
      <w:pPr>
        <w:pStyle w:val="Titre1"/>
      </w:pPr>
      <w:r>
        <w:lastRenderedPageBreak/>
        <w:t>7. Engagement financier</w:t>
      </w:r>
    </w:p>
    <w:p w14:paraId="055F814F" w14:textId="77777777" w:rsidR="00506DCA" w:rsidRDefault="00D2659A">
      <w:r>
        <w:t>L’organisme candidat s’engage à exécuter les prestations dans les conditions financières figurant dans sa proposition financière jointe au dossier.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506DCA" w14:paraId="4103733A" w14:textId="77777777">
        <w:tc>
          <w:tcPr>
            <w:tcW w:w="4986" w:type="dxa"/>
            <w:shd w:val="clear" w:color="auto" w:fill="315A8A"/>
            <w:vAlign w:val="center"/>
          </w:tcPr>
          <w:p w14:paraId="3BF07171" w14:textId="77777777" w:rsidR="00506DCA" w:rsidRDefault="00D2659A">
            <w:r>
              <w:rPr>
                <w:b/>
                <w:color w:val="FFFFFF"/>
                <w:sz w:val="19"/>
              </w:rPr>
              <w:t>Coût total de l’accompagnement</w:t>
            </w:r>
          </w:p>
        </w:tc>
        <w:tc>
          <w:tcPr>
            <w:tcW w:w="4986" w:type="dxa"/>
            <w:vAlign w:val="center"/>
          </w:tcPr>
          <w:p w14:paraId="123CC94E" w14:textId="77777777" w:rsidR="00506DCA" w:rsidRDefault="00D2659A">
            <w:r>
              <w:rPr>
                <w:sz w:val="19"/>
              </w:rPr>
              <w:t>[__________ €]</w:t>
            </w:r>
          </w:p>
        </w:tc>
      </w:tr>
      <w:tr w:rsidR="00506DCA" w14:paraId="330053D9" w14:textId="77777777">
        <w:tc>
          <w:tcPr>
            <w:tcW w:w="4986" w:type="dxa"/>
            <w:shd w:val="clear" w:color="auto" w:fill="315A8A"/>
            <w:vAlign w:val="center"/>
          </w:tcPr>
          <w:p w14:paraId="3C685342" w14:textId="77777777" w:rsidR="00506DCA" w:rsidRDefault="00D2659A">
            <w:r>
              <w:rPr>
                <w:b/>
                <w:color w:val="FFFFFF"/>
                <w:sz w:val="19"/>
              </w:rPr>
              <w:t>Coût par stagiaire</w:t>
            </w:r>
          </w:p>
        </w:tc>
        <w:tc>
          <w:tcPr>
            <w:tcW w:w="4986" w:type="dxa"/>
            <w:vAlign w:val="center"/>
          </w:tcPr>
          <w:p w14:paraId="094EE6FE" w14:textId="77777777" w:rsidR="00506DCA" w:rsidRDefault="00D2659A">
            <w:r>
              <w:rPr>
                <w:sz w:val="19"/>
              </w:rPr>
              <w:t>[__________ €]</w:t>
            </w:r>
          </w:p>
        </w:tc>
      </w:tr>
      <w:tr w:rsidR="00506DCA" w14:paraId="52A59A07" w14:textId="77777777">
        <w:tc>
          <w:tcPr>
            <w:tcW w:w="4986" w:type="dxa"/>
            <w:shd w:val="clear" w:color="auto" w:fill="315A8A"/>
            <w:vAlign w:val="center"/>
          </w:tcPr>
          <w:p w14:paraId="2E9D80CD" w14:textId="77777777" w:rsidR="00506DCA" w:rsidRDefault="00D2659A">
            <w:r>
              <w:rPr>
                <w:b/>
                <w:color w:val="FFFFFF"/>
                <w:sz w:val="19"/>
              </w:rPr>
              <w:t>Coût de coordination</w:t>
            </w:r>
          </w:p>
        </w:tc>
        <w:tc>
          <w:tcPr>
            <w:tcW w:w="4986" w:type="dxa"/>
            <w:vAlign w:val="center"/>
          </w:tcPr>
          <w:p w14:paraId="6B63118F" w14:textId="77777777" w:rsidR="00506DCA" w:rsidRDefault="00D2659A">
            <w:r>
              <w:rPr>
                <w:sz w:val="19"/>
              </w:rPr>
              <w:t>[__________ €]</w:t>
            </w:r>
          </w:p>
        </w:tc>
      </w:tr>
      <w:tr w:rsidR="00506DCA" w14:paraId="584C0852" w14:textId="77777777">
        <w:tc>
          <w:tcPr>
            <w:tcW w:w="4986" w:type="dxa"/>
            <w:shd w:val="clear" w:color="auto" w:fill="315A8A"/>
            <w:vAlign w:val="center"/>
          </w:tcPr>
          <w:p w14:paraId="3612DAC8" w14:textId="77777777" w:rsidR="00506DCA" w:rsidRDefault="00D2659A">
            <w:r>
              <w:rPr>
                <w:b/>
                <w:color w:val="FFFFFF"/>
                <w:sz w:val="19"/>
              </w:rPr>
              <w:t>TVA / régime applicable</w:t>
            </w:r>
          </w:p>
        </w:tc>
        <w:tc>
          <w:tcPr>
            <w:tcW w:w="4986" w:type="dxa"/>
            <w:vAlign w:val="center"/>
          </w:tcPr>
          <w:p w14:paraId="0C5FF523" w14:textId="77777777" w:rsidR="00506DCA" w:rsidRDefault="00D2659A">
            <w:r>
              <w:rPr>
                <w:sz w:val="19"/>
              </w:rPr>
              <w:t>[À compléter]</w:t>
            </w:r>
          </w:p>
        </w:tc>
      </w:tr>
      <w:tr w:rsidR="00506DCA" w14:paraId="451A9CD0" w14:textId="77777777">
        <w:tc>
          <w:tcPr>
            <w:tcW w:w="4986" w:type="dxa"/>
            <w:shd w:val="clear" w:color="auto" w:fill="315A8A"/>
            <w:vAlign w:val="center"/>
          </w:tcPr>
          <w:p w14:paraId="77E80C00" w14:textId="77777777" w:rsidR="00506DCA" w:rsidRDefault="00D2659A">
            <w:r>
              <w:rPr>
                <w:b/>
                <w:color w:val="FFFFFF"/>
                <w:sz w:val="19"/>
              </w:rPr>
              <w:t>Modalités de facturation</w:t>
            </w:r>
          </w:p>
        </w:tc>
        <w:tc>
          <w:tcPr>
            <w:tcW w:w="4986" w:type="dxa"/>
            <w:vAlign w:val="center"/>
          </w:tcPr>
          <w:p w14:paraId="1C215084" w14:textId="77777777" w:rsidR="00506DCA" w:rsidRDefault="00D2659A">
            <w:r>
              <w:rPr>
                <w:sz w:val="19"/>
              </w:rPr>
              <w:t>[À compléter]</w:t>
            </w:r>
          </w:p>
        </w:tc>
      </w:tr>
    </w:tbl>
    <w:p w14:paraId="28FEAEA2" w14:textId="77777777" w:rsidR="00506DCA" w:rsidRDefault="00D2659A">
      <w:pPr>
        <w:pStyle w:val="Titre1"/>
      </w:pPr>
      <w:r>
        <w:t>8. Déclarations du candidat</w:t>
      </w:r>
    </w:p>
    <w:p w14:paraId="4D7E32E0" w14:textId="77777777" w:rsidR="00506DCA" w:rsidRDefault="00D2659A">
      <w:r>
        <w:t>Le signataire, dûment habilité à engager l’organisme candidat :</w:t>
      </w:r>
    </w:p>
    <w:p w14:paraId="7D7293C9" w14:textId="77777777" w:rsidR="00506DCA" w:rsidRDefault="00D2659A">
      <w:pPr>
        <w:pStyle w:val="Listepuces"/>
      </w:pPr>
      <w:r>
        <w:t>certifie l’exactitude des renseignements et documents fournis dans le dossier de candidature ;</w:t>
      </w:r>
    </w:p>
    <w:p w14:paraId="2F9C931C" w14:textId="77777777" w:rsidR="00506DCA" w:rsidRDefault="00D2659A">
      <w:pPr>
        <w:pStyle w:val="Listepuces"/>
      </w:pPr>
      <w:r>
        <w:t>reconnaît avoir pris connaissance du cahier des charges de l’AMI et en accepter les exigences ;</w:t>
      </w:r>
    </w:p>
    <w:p w14:paraId="24C47436" w14:textId="77777777" w:rsidR="00506DCA" w:rsidRDefault="00D2659A">
      <w:pPr>
        <w:pStyle w:val="Listepuces"/>
      </w:pPr>
      <w:r>
        <w:t>s’engage à informer le comité de pilotage de toute modification susceptible d’affecter la bonne exécution de la prestation ;</w:t>
      </w:r>
    </w:p>
    <w:p w14:paraId="1FAB09B2" w14:textId="77777777" w:rsidR="00506DCA" w:rsidRDefault="00D2659A">
      <w:pPr>
        <w:pStyle w:val="Listepuces"/>
      </w:pPr>
      <w:r>
        <w:t>reconnaît que la participation au dispositif ne constitue pas une garantie d’obtention totale ou partielle du diplôme, la décision relevant du jury de certification.</w:t>
      </w:r>
    </w:p>
    <w:p w14:paraId="7F9FAF7A" w14:textId="77777777" w:rsidR="00506DCA" w:rsidRDefault="00D2659A">
      <w:pPr>
        <w:pStyle w:val="Titre1"/>
      </w:pPr>
      <w:r>
        <w:t>9. Signature de l’organisme candidat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506DCA" w14:paraId="211ED14A" w14:textId="77777777">
        <w:tc>
          <w:tcPr>
            <w:tcW w:w="4986" w:type="dxa"/>
            <w:shd w:val="clear" w:color="auto" w:fill="315A8A"/>
            <w:vAlign w:val="center"/>
          </w:tcPr>
          <w:p w14:paraId="2C1BD5E8" w14:textId="77777777" w:rsidR="00506DCA" w:rsidRDefault="00D2659A">
            <w:r>
              <w:rPr>
                <w:b/>
                <w:color w:val="FFFFFF"/>
                <w:sz w:val="19"/>
              </w:rPr>
              <w:t>Fait à</w:t>
            </w:r>
          </w:p>
        </w:tc>
        <w:tc>
          <w:tcPr>
            <w:tcW w:w="4986" w:type="dxa"/>
            <w:vAlign w:val="center"/>
          </w:tcPr>
          <w:p w14:paraId="42E9DF0D" w14:textId="77777777" w:rsidR="00506DCA" w:rsidRDefault="00D2659A">
            <w:r>
              <w:rPr>
                <w:sz w:val="19"/>
              </w:rPr>
              <w:t>[____________________________]</w:t>
            </w:r>
          </w:p>
        </w:tc>
      </w:tr>
      <w:tr w:rsidR="00506DCA" w14:paraId="2D7AFE14" w14:textId="77777777">
        <w:tc>
          <w:tcPr>
            <w:tcW w:w="4986" w:type="dxa"/>
            <w:shd w:val="clear" w:color="auto" w:fill="315A8A"/>
            <w:vAlign w:val="center"/>
          </w:tcPr>
          <w:p w14:paraId="364FB603" w14:textId="77777777" w:rsidR="00506DCA" w:rsidRDefault="00D2659A">
            <w:r>
              <w:rPr>
                <w:b/>
                <w:color w:val="FFFFFF"/>
                <w:sz w:val="19"/>
              </w:rPr>
              <w:t>Le</w:t>
            </w:r>
          </w:p>
        </w:tc>
        <w:tc>
          <w:tcPr>
            <w:tcW w:w="4986" w:type="dxa"/>
            <w:vAlign w:val="center"/>
          </w:tcPr>
          <w:p w14:paraId="2B06586C" w14:textId="77777777" w:rsidR="00506DCA" w:rsidRDefault="00D2659A">
            <w:r>
              <w:rPr>
                <w:sz w:val="19"/>
              </w:rPr>
              <w:t>[____ / ____ / 2026]</w:t>
            </w:r>
          </w:p>
        </w:tc>
      </w:tr>
      <w:tr w:rsidR="00506DCA" w14:paraId="152790DD" w14:textId="77777777">
        <w:tc>
          <w:tcPr>
            <w:tcW w:w="4986" w:type="dxa"/>
            <w:shd w:val="clear" w:color="auto" w:fill="315A8A"/>
            <w:vAlign w:val="center"/>
          </w:tcPr>
          <w:p w14:paraId="62720CBF" w14:textId="77777777" w:rsidR="00506DCA" w:rsidRDefault="00D2659A">
            <w:r>
              <w:rPr>
                <w:b/>
                <w:color w:val="FFFFFF"/>
                <w:sz w:val="19"/>
              </w:rPr>
              <w:t>Nom et prénom du signataire</w:t>
            </w:r>
          </w:p>
        </w:tc>
        <w:tc>
          <w:tcPr>
            <w:tcW w:w="4986" w:type="dxa"/>
            <w:vAlign w:val="center"/>
          </w:tcPr>
          <w:p w14:paraId="4C5FE02A" w14:textId="77777777" w:rsidR="00506DCA" w:rsidRDefault="00D2659A">
            <w:r>
              <w:rPr>
                <w:sz w:val="19"/>
              </w:rPr>
              <w:t>[____________________________]</w:t>
            </w:r>
          </w:p>
        </w:tc>
      </w:tr>
      <w:tr w:rsidR="00506DCA" w14:paraId="05568CED" w14:textId="77777777">
        <w:tc>
          <w:tcPr>
            <w:tcW w:w="4986" w:type="dxa"/>
            <w:shd w:val="clear" w:color="auto" w:fill="315A8A"/>
            <w:vAlign w:val="center"/>
          </w:tcPr>
          <w:p w14:paraId="29ED2D74" w14:textId="77777777" w:rsidR="00506DCA" w:rsidRDefault="00D2659A">
            <w:r>
              <w:rPr>
                <w:b/>
                <w:color w:val="FFFFFF"/>
                <w:sz w:val="19"/>
              </w:rPr>
              <w:t>Qualité</w:t>
            </w:r>
          </w:p>
        </w:tc>
        <w:tc>
          <w:tcPr>
            <w:tcW w:w="4986" w:type="dxa"/>
            <w:vAlign w:val="center"/>
          </w:tcPr>
          <w:p w14:paraId="0AF57357" w14:textId="77777777" w:rsidR="00506DCA" w:rsidRDefault="00D2659A">
            <w:r>
              <w:rPr>
                <w:sz w:val="19"/>
              </w:rPr>
              <w:t>[____________________________]</w:t>
            </w:r>
          </w:p>
        </w:tc>
      </w:tr>
      <w:tr w:rsidR="00506DCA" w14:paraId="668A2FEF" w14:textId="77777777">
        <w:tc>
          <w:tcPr>
            <w:tcW w:w="4986" w:type="dxa"/>
            <w:shd w:val="clear" w:color="auto" w:fill="315A8A"/>
            <w:vAlign w:val="center"/>
          </w:tcPr>
          <w:p w14:paraId="64691C0A" w14:textId="77777777" w:rsidR="00506DCA" w:rsidRDefault="00D2659A">
            <w:r>
              <w:rPr>
                <w:b/>
                <w:color w:val="FFFFFF"/>
                <w:sz w:val="19"/>
              </w:rPr>
              <w:t>Mention</w:t>
            </w:r>
          </w:p>
        </w:tc>
        <w:tc>
          <w:tcPr>
            <w:tcW w:w="4986" w:type="dxa"/>
            <w:vAlign w:val="center"/>
          </w:tcPr>
          <w:p w14:paraId="2F659176" w14:textId="77777777" w:rsidR="00506DCA" w:rsidRDefault="00D2659A">
            <w:r>
              <w:rPr>
                <w:sz w:val="19"/>
              </w:rPr>
              <w:t>« Lu et approuvé – Bon pour engagement »</w:t>
            </w:r>
          </w:p>
        </w:tc>
      </w:tr>
      <w:tr w:rsidR="00506DCA" w14:paraId="13109086" w14:textId="77777777">
        <w:trPr>
          <w:trHeight w:val="1361"/>
        </w:trPr>
        <w:tc>
          <w:tcPr>
            <w:tcW w:w="4986" w:type="dxa"/>
            <w:shd w:val="clear" w:color="auto" w:fill="315A8A"/>
            <w:vAlign w:val="center"/>
          </w:tcPr>
          <w:p w14:paraId="5E5DDC62" w14:textId="77777777" w:rsidR="00506DCA" w:rsidRDefault="00D2659A">
            <w:r>
              <w:rPr>
                <w:b/>
                <w:color w:val="FFFFFF"/>
                <w:sz w:val="19"/>
              </w:rPr>
              <w:t>Signature et cachet de l’organisme</w:t>
            </w:r>
          </w:p>
        </w:tc>
        <w:tc>
          <w:tcPr>
            <w:tcW w:w="4986" w:type="dxa"/>
            <w:vAlign w:val="center"/>
          </w:tcPr>
          <w:p w14:paraId="51DC7F68" w14:textId="77777777" w:rsidR="00506DCA" w:rsidRDefault="00506DCA"/>
        </w:tc>
      </w:tr>
    </w:tbl>
    <w:p w14:paraId="7D85330D" w14:textId="77777777" w:rsidR="00506DCA" w:rsidRDefault="00506DCA"/>
    <w:p w14:paraId="7A0479C6" w14:textId="77777777" w:rsidR="00506DCA" w:rsidRDefault="00D2659A">
      <w:pPr>
        <w:jc w:val="center"/>
      </w:pPr>
      <w:r>
        <w:rPr>
          <w:i/>
          <w:color w:val="646464"/>
          <w:sz w:val="17"/>
        </w:rPr>
        <w:t>Pièces auxquelles le présent acte se rattache : cahier des charges de l’AMI, mémoire technique, proposition financière et pièces administratives du candidat.</w:t>
      </w:r>
    </w:p>
    <w:sectPr w:rsidR="00506DCA" w:rsidSect="000B1D17">
      <w:headerReference w:type="default" r:id="rId9"/>
      <w:footerReference w:type="default" r:id="rId10"/>
      <w:pgSz w:w="12240" w:h="15840"/>
      <w:pgMar w:top="964" w:right="900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C2969" w14:textId="77777777" w:rsidR="00A41EEF" w:rsidRDefault="00A41EEF">
      <w:pPr>
        <w:spacing w:after="0" w:line="240" w:lineRule="auto"/>
      </w:pPr>
      <w:r>
        <w:separator/>
      </w:r>
    </w:p>
  </w:endnote>
  <w:endnote w:type="continuationSeparator" w:id="0">
    <w:p w14:paraId="16075E6D" w14:textId="77777777" w:rsidR="00A41EEF" w:rsidRDefault="00A41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AD8DD" w14:textId="77777777" w:rsidR="00506DCA" w:rsidRDefault="00D2659A">
    <w:pPr>
      <w:pStyle w:val="Pieddepage"/>
      <w:jc w:val="center"/>
    </w:pPr>
    <w:r>
      <w:rPr>
        <w:color w:val="787878"/>
        <w:sz w:val="16"/>
      </w:rPr>
      <w:t>Modèle d’acte d’engagement • CAF de La Réunion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FE217" w14:textId="77777777" w:rsidR="00A41EEF" w:rsidRDefault="00A41EEF">
      <w:pPr>
        <w:spacing w:after="0" w:line="240" w:lineRule="auto"/>
      </w:pPr>
      <w:r>
        <w:separator/>
      </w:r>
    </w:p>
  </w:footnote>
  <w:footnote w:type="continuationSeparator" w:id="0">
    <w:p w14:paraId="7942136A" w14:textId="77777777" w:rsidR="00A41EEF" w:rsidRDefault="00A41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F444D" w14:textId="77777777" w:rsidR="00506DCA" w:rsidRDefault="00D2659A">
    <w:pPr>
      <w:pStyle w:val="En-tte"/>
      <w:jc w:val="right"/>
    </w:pPr>
    <w:r>
      <w:rPr>
        <w:color w:val="787878"/>
        <w:sz w:val="15"/>
      </w:rPr>
      <w:t>AMI 2026 • VAE COLLECTIVE • DIPLÔME D’ÉTAT D’AUXILIAIRE DE PUÉRICULTURE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905984">
    <w:abstractNumId w:val="8"/>
  </w:num>
  <w:num w:numId="2" w16cid:durableId="1386484426">
    <w:abstractNumId w:val="6"/>
  </w:num>
  <w:num w:numId="3" w16cid:durableId="1511408857">
    <w:abstractNumId w:val="5"/>
  </w:num>
  <w:num w:numId="4" w16cid:durableId="1104688448">
    <w:abstractNumId w:val="4"/>
  </w:num>
  <w:num w:numId="5" w16cid:durableId="616370095">
    <w:abstractNumId w:val="7"/>
  </w:num>
  <w:num w:numId="6" w16cid:durableId="1755932398">
    <w:abstractNumId w:val="3"/>
  </w:num>
  <w:num w:numId="7" w16cid:durableId="130949245">
    <w:abstractNumId w:val="2"/>
  </w:num>
  <w:num w:numId="8" w16cid:durableId="733894559">
    <w:abstractNumId w:val="1"/>
  </w:num>
  <w:num w:numId="9" w16cid:durableId="182728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D17"/>
    <w:rsid w:val="001064CD"/>
    <w:rsid w:val="0015074B"/>
    <w:rsid w:val="00223600"/>
    <w:rsid w:val="0029639D"/>
    <w:rsid w:val="00326F90"/>
    <w:rsid w:val="00506DCA"/>
    <w:rsid w:val="00607B18"/>
    <w:rsid w:val="0063315C"/>
    <w:rsid w:val="00A41EEF"/>
    <w:rsid w:val="00AA1D8D"/>
    <w:rsid w:val="00B47730"/>
    <w:rsid w:val="00CB0664"/>
    <w:rsid w:val="00D265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0930AA"/>
  <w14:defaultImageDpi w14:val="300"/>
  <w15:docId w15:val="{F64AEE6F-F200-4982-891A-FFDA3A68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15A8A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15A8A"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15A8A"/>
      <w:spacing w:val="5"/>
      <w:kern w:val="28"/>
      <w:sz w:val="4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Hamid AZOUZ 974</cp:lastModifiedBy>
  <cp:revision>4</cp:revision>
  <dcterms:created xsi:type="dcterms:W3CDTF">2026-09-23T13:02:00Z</dcterms:created>
  <dcterms:modified xsi:type="dcterms:W3CDTF">2026-09-30T09:13:00Z</dcterms:modified>
  <cp:category/>
</cp:coreProperties>
</file>